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60912" w:rsidRPr="001001A8" w:rsidRDefault="00000000">
      <w:pPr>
        <w:pStyle w:val="Heading1"/>
        <w:rPr>
          <w:sz w:val="32"/>
          <w:szCs w:val="32"/>
        </w:rPr>
      </w:pPr>
      <w:r w:rsidRPr="001001A8">
        <w:rPr>
          <w:sz w:val="32"/>
          <w:szCs w:val="32"/>
        </w:rPr>
        <w:t>Career Development Plan Template for Students</w:t>
      </w:r>
    </w:p>
    <w:p w:rsidR="00160912" w:rsidRDefault="00000000">
      <w:r>
        <w:t>This template helps you outline your career goals and steps to achieve them.</w:t>
      </w:r>
    </w:p>
    <w:p w:rsidR="00160912" w:rsidRDefault="00000000">
      <w:pPr>
        <w:pStyle w:val="Heading2"/>
      </w:pPr>
      <w:r>
        <w:t>Self-assessment</w:t>
      </w:r>
    </w:p>
    <w:p w:rsidR="001001A8" w:rsidRDefault="00000000">
      <w:r>
        <w:t>Write down your key interests and strengths. What subjects or activities do you enjoy?</w:t>
      </w:r>
    </w:p>
    <w:p w:rsidR="00160912" w:rsidRDefault="00000000">
      <w:pPr>
        <w:pStyle w:val="Heading2"/>
      </w:pPr>
      <w:r>
        <w:t>Career research and goals</w:t>
      </w:r>
    </w:p>
    <w:p w:rsidR="001001A8" w:rsidRDefault="00000000">
      <w:r>
        <w:t>Research career paths that align with your interests. Think about jobs or further studies.</w:t>
      </w:r>
    </w:p>
    <w:p w:rsidR="00160912" w:rsidRDefault="00000000">
      <w:pPr>
        <w:pStyle w:val="Heading2"/>
      </w:pPr>
      <w:r>
        <w:t>Education plan</w:t>
      </w:r>
    </w:p>
    <w:p w:rsidR="001001A8" w:rsidRDefault="00000000">
      <w:r>
        <w:t xml:space="preserve">List the courses </w:t>
      </w:r>
      <w:r w:rsidR="001001A8">
        <w:t>to</w:t>
      </w:r>
      <w:r>
        <w:t xml:space="preserve"> support your goals. Include electives, minors, or certifications.</w:t>
      </w:r>
    </w:p>
    <w:p w:rsidR="00160912" w:rsidRDefault="00000000">
      <w:pPr>
        <w:pStyle w:val="Heading2"/>
      </w:pPr>
      <w:r>
        <w:t>Gaining experience</w:t>
      </w:r>
    </w:p>
    <w:p w:rsidR="001001A8" w:rsidRDefault="00000000">
      <w:r>
        <w:t>Explore ways to gain hands-on experience</w:t>
      </w:r>
      <w:r w:rsidR="001001A8">
        <w:t xml:space="preserve"> and add to your resume</w:t>
      </w:r>
      <w:r>
        <w:t>, such as internships, jobs</w:t>
      </w:r>
      <w:r w:rsidR="001001A8">
        <w:t>.</w:t>
      </w:r>
    </w:p>
    <w:p w:rsidR="00160912" w:rsidRDefault="00000000">
      <w:pPr>
        <w:pStyle w:val="Heading2"/>
      </w:pPr>
      <w:r>
        <w:t>Review and adjust</w:t>
      </w:r>
    </w:p>
    <w:p w:rsidR="00160912" w:rsidRDefault="00000000">
      <w:r>
        <w:t xml:space="preserve">Review your plan </w:t>
      </w:r>
      <w:r w:rsidR="001001A8">
        <w:t>to keep it up to date.</w:t>
      </w:r>
    </w:p>
    <w:sectPr w:rsidR="00160912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35F84" w:rsidRDefault="00935F84" w:rsidP="001B106A">
      <w:pPr>
        <w:spacing w:after="0" w:line="240" w:lineRule="auto"/>
      </w:pPr>
      <w:r>
        <w:separator/>
      </w:r>
    </w:p>
  </w:endnote>
  <w:endnote w:type="continuationSeparator" w:id="0">
    <w:p w:rsidR="00935F84" w:rsidRDefault="00935F84" w:rsidP="001B1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B106A" w:rsidRPr="001B106A" w:rsidRDefault="001B106A" w:rsidP="001B106A">
    <w:pPr>
      <w:pStyle w:val="Footer"/>
      <w:jc w:val="center"/>
      <w:rPr>
        <w:b/>
        <w:bCs/>
        <w:i/>
        <w:iCs/>
      </w:rPr>
    </w:pPr>
    <w:r w:rsidRPr="001B106A">
      <w:rPr>
        <w:b/>
        <w:bCs/>
        <w:i/>
        <w:iCs/>
      </w:rPr>
      <w:t>Mallory Careers at mallory.com.au</w:t>
    </w:r>
  </w:p>
  <w:p w:rsidR="001B106A" w:rsidRDefault="001B10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35F84" w:rsidRDefault="00935F84" w:rsidP="001B106A">
      <w:pPr>
        <w:spacing w:after="0" w:line="240" w:lineRule="auto"/>
      </w:pPr>
      <w:r>
        <w:separator/>
      </w:r>
    </w:p>
  </w:footnote>
  <w:footnote w:type="continuationSeparator" w:id="0">
    <w:p w:rsidR="00935F84" w:rsidRDefault="00935F84" w:rsidP="001B10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11956205">
    <w:abstractNumId w:val="8"/>
  </w:num>
  <w:num w:numId="2" w16cid:durableId="372389105">
    <w:abstractNumId w:val="6"/>
  </w:num>
  <w:num w:numId="3" w16cid:durableId="1280993073">
    <w:abstractNumId w:val="5"/>
  </w:num>
  <w:num w:numId="4" w16cid:durableId="2102333031">
    <w:abstractNumId w:val="4"/>
  </w:num>
  <w:num w:numId="5" w16cid:durableId="1471243300">
    <w:abstractNumId w:val="7"/>
  </w:num>
  <w:num w:numId="6" w16cid:durableId="689917772">
    <w:abstractNumId w:val="3"/>
  </w:num>
  <w:num w:numId="7" w16cid:durableId="1539391151">
    <w:abstractNumId w:val="2"/>
  </w:num>
  <w:num w:numId="8" w16cid:durableId="906495816">
    <w:abstractNumId w:val="1"/>
  </w:num>
  <w:num w:numId="9" w16cid:durableId="1272779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01A8"/>
    <w:rsid w:val="0015074B"/>
    <w:rsid w:val="00160912"/>
    <w:rsid w:val="001B106A"/>
    <w:rsid w:val="0029639D"/>
    <w:rsid w:val="00326F90"/>
    <w:rsid w:val="0041612E"/>
    <w:rsid w:val="00742049"/>
    <w:rsid w:val="00935F84"/>
    <w:rsid w:val="00AA1D8D"/>
    <w:rsid w:val="00B47730"/>
    <w:rsid w:val="00BE3793"/>
    <w:rsid w:val="00CB0664"/>
    <w:rsid w:val="00F75BA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52443A"/>
  <w14:defaultImageDpi w14:val="330"/>
  <w15:docId w15:val="{C31F1FE9-76D5-4CC0-9C69-63DF7D5BD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518</Characters>
  <Application>Microsoft Office Word</Application>
  <DocSecurity>0</DocSecurity>
  <Lines>24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Andrew Lancaster</cp:lastModifiedBy>
  <cp:revision>2</cp:revision>
  <dcterms:created xsi:type="dcterms:W3CDTF">2024-09-20T22:24:00Z</dcterms:created>
  <dcterms:modified xsi:type="dcterms:W3CDTF">2024-09-20T22:24:00Z</dcterms:modified>
  <cp:category/>
</cp:coreProperties>
</file>